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A962B" w14:textId="365BE0C1" w:rsidR="009D7B97" w:rsidRDefault="00C73BF5">
      <w:pPr>
        <w:pStyle w:val="Tytu"/>
      </w:pPr>
      <w:r>
        <w:t>F</w:t>
      </w:r>
      <w:r>
        <w:t>ormularz</w:t>
      </w:r>
      <w:r>
        <w:t xml:space="preserve"> odstąpienia od umowy</w:t>
      </w:r>
    </w:p>
    <w:p w14:paraId="2FFFE6FC" w14:textId="4BA69B46" w:rsidR="009D7B97" w:rsidRDefault="00C73BF5">
      <w:r>
        <w:t xml:space="preserve">Formularz należy wypełnić i przesłać wyłącznie w przypadku chęci odstąpienia od umowy. </w:t>
      </w:r>
    </w:p>
    <w:p w14:paraId="519FAD50" w14:textId="77777777" w:rsidR="00C73BF5" w:rsidRDefault="00C73BF5"/>
    <w:p w14:paraId="2E44EBC6" w14:textId="630B4BC6" w:rsidR="00C73BF5" w:rsidRDefault="00C73BF5">
      <w:pPr>
        <w:spacing w:before="140"/>
      </w:pPr>
      <w:r>
        <w:rPr>
          <w:b/>
        </w:rPr>
        <w:t>Adresat:</w:t>
      </w:r>
      <w:r>
        <w:br/>
        <w:t>Jakub Nosal – Pineapple</w:t>
      </w:r>
      <w:r>
        <w:br/>
        <w:t>ul. Pasieki 58, 43-419 Zamarski, Polska</w:t>
      </w:r>
      <w:r>
        <w:br/>
      </w:r>
      <w:r>
        <w:t xml:space="preserve">E-mail: </w:t>
      </w:r>
      <w:hyperlink r:id="rId6" w:history="1">
        <w:r w:rsidRPr="001551C2">
          <w:rPr>
            <w:rStyle w:val="Hipercze"/>
          </w:rPr>
          <w:t>kontakt@pineapple4kids.com</w:t>
        </w:r>
      </w:hyperlink>
      <w:r>
        <w:br/>
        <w:t>Tel.: +48 662 016 209</w:t>
      </w:r>
    </w:p>
    <w:p w14:paraId="32D1B151" w14:textId="68F83665" w:rsidR="009D7B97" w:rsidRDefault="00C73BF5">
      <w:pPr>
        <w:spacing w:before="180"/>
      </w:pPr>
      <w:r>
        <w:t>Niniejszym informuję</w:t>
      </w:r>
      <w:r>
        <w:t xml:space="preserve"> o odstąpieniu od umowy sprzedaży następujących produktów:</w:t>
      </w:r>
    </w:p>
    <w:p w14:paraId="154BB1B0" w14:textId="77777777" w:rsidR="00C73BF5" w:rsidRDefault="00C73BF5">
      <w:pPr>
        <w:spacing w:before="180"/>
      </w:pPr>
    </w:p>
    <w:p w14:paraId="318C34B0" w14:textId="13EC5D1F" w:rsidR="009D7B97" w:rsidRDefault="00C73BF5">
      <w:pPr>
        <w:spacing w:after="60" w:line="240" w:lineRule="auto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</w:t>
      </w:r>
    </w:p>
    <w:p w14:paraId="6DBD19DE" w14:textId="77777777" w:rsidR="00C73BF5" w:rsidRDefault="00C73BF5">
      <w:pPr>
        <w:spacing w:after="60" w:line="240" w:lineRule="auto"/>
      </w:pPr>
    </w:p>
    <w:p w14:paraId="6ACE099E" w14:textId="77777777" w:rsidR="009D7B97" w:rsidRDefault="00C73BF5">
      <w:pPr>
        <w:spacing w:after="60" w:line="240" w:lineRule="auto"/>
      </w:pPr>
      <w:r>
        <w:rPr>
          <w:sz w:val="20"/>
        </w:rPr>
        <w:t>.........</w:t>
      </w:r>
      <w:r>
        <w:rPr>
          <w:sz w:val="20"/>
        </w:rPr>
        <w:t>...............................................................................................................</w:t>
      </w:r>
    </w:p>
    <w:p w14:paraId="7D53EFC0" w14:textId="3B14222B" w:rsidR="009D7B97" w:rsidRDefault="00C73BF5">
      <w:pPr>
        <w:keepNext/>
        <w:spacing w:before="160" w:after="80"/>
      </w:pPr>
      <w:r>
        <w:t>Numer zamówienia, jeśli jest dostępny:</w:t>
      </w:r>
    </w:p>
    <w:p w14:paraId="0E6F901C" w14:textId="77777777" w:rsidR="00C73BF5" w:rsidRDefault="00C73BF5">
      <w:pPr>
        <w:keepNext/>
        <w:spacing w:before="160" w:after="80"/>
      </w:pPr>
    </w:p>
    <w:p w14:paraId="1821949C" w14:textId="77777777" w:rsidR="009D7B97" w:rsidRDefault="00C73BF5">
      <w:pPr>
        <w:spacing w:after="60" w:line="240" w:lineRule="auto"/>
      </w:pPr>
      <w:r>
        <w:rPr>
          <w:sz w:val="20"/>
        </w:rPr>
        <w:t>.........................................................................................................</w:t>
      </w:r>
      <w:r>
        <w:rPr>
          <w:sz w:val="20"/>
        </w:rPr>
        <w:t>...............</w:t>
      </w:r>
    </w:p>
    <w:p w14:paraId="5B4EE1E3" w14:textId="0CBEDE69" w:rsidR="009D7B97" w:rsidRDefault="00C73BF5">
      <w:pPr>
        <w:keepNext/>
        <w:spacing w:before="160" w:after="80"/>
      </w:pPr>
      <w:r>
        <w:t>Data zawarcia umowy</w:t>
      </w:r>
      <w:r>
        <w:t>:</w:t>
      </w:r>
    </w:p>
    <w:p w14:paraId="11671819" w14:textId="77777777" w:rsidR="00C73BF5" w:rsidRDefault="00C73BF5">
      <w:pPr>
        <w:keepNext/>
        <w:spacing w:before="160" w:after="80"/>
      </w:pPr>
    </w:p>
    <w:p w14:paraId="7C3CAAA9" w14:textId="77777777" w:rsidR="009D7B97" w:rsidRDefault="00C73BF5">
      <w:pPr>
        <w:spacing w:after="60" w:line="240" w:lineRule="auto"/>
      </w:pPr>
      <w:r>
        <w:rPr>
          <w:sz w:val="20"/>
        </w:rPr>
        <w:t>........................................................................................................................</w:t>
      </w:r>
    </w:p>
    <w:p w14:paraId="3E6C167F" w14:textId="60D5CC1C" w:rsidR="009D7B97" w:rsidRDefault="00C73BF5">
      <w:pPr>
        <w:keepNext/>
        <w:spacing w:before="160" w:after="80"/>
      </w:pPr>
      <w:r>
        <w:t>Imię i nazwisko Klienta</w:t>
      </w:r>
      <w:r>
        <w:t>:</w:t>
      </w:r>
    </w:p>
    <w:p w14:paraId="05043055" w14:textId="77777777" w:rsidR="00C73BF5" w:rsidRDefault="00C73BF5">
      <w:pPr>
        <w:keepNext/>
        <w:spacing w:before="160" w:after="80"/>
      </w:pPr>
    </w:p>
    <w:p w14:paraId="53A7DEC7" w14:textId="77777777" w:rsidR="009D7B97" w:rsidRDefault="00C73BF5">
      <w:pPr>
        <w:spacing w:after="60" w:line="240" w:lineRule="auto"/>
      </w:pPr>
      <w:r>
        <w:rPr>
          <w:sz w:val="20"/>
        </w:rPr>
        <w:t>............................................</w:t>
      </w:r>
      <w:r>
        <w:rPr>
          <w:sz w:val="20"/>
        </w:rPr>
        <w:t>............................................................................</w:t>
      </w:r>
    </w:p>
    <w:p w14:paraId="6A1A4D8F" w14:textId="170BDC02" w:rsidR="009D7B97" w:rsidRDefault="00C73BF5">
      <w:pPr>
        <w:keepNext/>
        <w:spacing w:before="160" w:after="80"/>
      </w:pPr>
      <w:r>
        <w:t>Adres Klienta</w:t>
      </w:r>
      <w:r>
        <w:t>:</w:t>
      </w:r>
    </w:p>
    <w:p w14:paraId="3D03EADB" w14:textId="77777777" w:rsidR="00C73BF5" w:rsidRDefault="00C73BF5">
      <w:pPr>
        <w:keepNext/>
        <w:spacing w:before="160" w:after="80"/>
      </w:pPr>
    </w:p>
    <w:p w14:paraId="0E1E5BEA" w14:textId="0D9CF6F3" w:rsidR="009D7B97" w:rsidRDefault="00C73BF5">
      <w:pPr>
        <w:spacing w:after="60" w:line="240" w:lineRule="auto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</w:t>
      </w:r>
    </w:p>
    <w:p w14:paraId="59BA72DF" w14:textId="77777777" w:rsidR="00C73BF5" w:rsidRDefault="00C73BF5">
      <w:pPr>
        <w:spacing w:after="60" w:line="240" w:lineRule="auto"/>
      </w:pPr>
    </w:p>
    <w:p w14:paraId="3DB8E83D" w14:textId="77777777" w:rsidR="009D7B97" w:rsidRDefault="00C73BF5">
      <w:pPr>
        <w:spacing w:after="60" w:line="240" w:lineRule="auto"/>
      </w:pPr>
      <w:r>
        <w:rPr>
          <w:sz w:val="20"/>
        </w:rPr>
        <w:t>..................................</w:t>
      </w:r>
      <w:r>
        <w:rPr>
          <w:sz w:val="20"/>
        </w:rPr>
        <w:t>......................................................................................</w:t>
      </w:r>
    </w:p>
    <w:p w14:paraId="79B249E4" w14:textId="0DB786E0" w:rsidR="009D7B97" w:rsidRDefault="00C73BF5">
      <w:pPr>
        <w:keepNext/>
        <w:spacing w:before="160" w:after="80"/>
      </w:pPr>
      <w:r>
        <w:t>Data:</w:t>
      </w:r>
    </w:p>
    <w:p w14:paraId="54BDF925" w14:textId="77777777" w:rsidR="00C73BF5" w:rsidRDefault="00C73BF5">
      <w:pPr>
        <w:keepNext/>
        <w:spacing w:before="160" w:after="80"/>
      </w:pPr>
    </w:p>
    <w:p w14:paraId="47C9B8F2" w14:textId="14B8B8F9" w:rsidR="009D7B97" w:rsidRDefault="00C73BF5">
      <w:pPr>
        <w:spacing w:after="60" w:line="240" w:lineRule="auto"/>
      </w:pPr>
      <w:r>
        <w:rPr>
          <w:sz w:val="20"/>
        </w:rPr>
        <w:t>..........................................</w:t>
      </w:r>
    </w:p>
    <w:p w14:paraId="20C90557" w14:textId="0A964EEA" w:rsidR="009D7B97" w:rsidRDefault="00C73BF5">
      <w:pPr>
        <w:keepNext/>
        <w:spacing w:before="160" w:after="80"/>
      </w:pPr>
      <w:r>
        <w:t xml:space="preserve">Podpis Klienta </w:t>
      </w:r>
    </w:p>
    <w:p w14:paraId="435E24D3" w14:textId="77777777" w:rsidR="00C73BF5" w:rsidRDefault="00C73BF5">
      <w:pPr>
        <w:keepNext/>
        <w:spacing w:before="160" w:after="80"/>
      </w:pPr>
    </w:p>
    <w:p w14:paraId="5ADEA3E2" w14:textId="1D8865DE" w:rsidR="009D7B97" w:rsidRDefault="00C73BF5">
      <w:pPr>
        <w:spacing w:after="60" w:line="240" w:lineRule="auto"/>
      </w:pPr>
      <w:r>
        <w:rPr>
          <w:sz w:val="20"/>
        </w:rPr>
        <w:t>..........................................</w:t>
      </w:r>
    </w:p>
    <w:sectPr w:rsidR="009D7B97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D7B97"/>
    <w:rsid w:val="00AA1D8D"/>
    <w:rsid w:val="00B47730"/>
    <w:rsid w:val="00C73BF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2CFA8C"/>
  <w14:defaultImageDpi w14:val="300"/>
  <w15:docId w15:val="{BC759BF7-88E5-4D2A-A747-5464EF6E8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2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C73BF5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73B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ntakt@pineapple4kids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formularza odstąpienia od umowy</dc:title>
  <dc:subject>Formularz odstąpienia od umowy sprzedaży</dc:subject>
  <dc:creator>Pineapple4kids</dc:creator>
  <cp:keywords/>
  <dc:description>generated by python-docx</dc:description>
  <cp:lastModifiedBy>Jakub Nosal</cp:lastModifiedBy>
  <cp:revision>2</cp:revision>
  <dcterms:created xsi:type="dcterms:W3CDTF">2013-12-23T23:15:00Z</dcterms:created>
  <dcterms:modified xsi:type="dcterms:W3CDTF">2026-10-29T07:51:00Z</dcterms:modified>
  <cp:category/>
</cp:coreProperties>
</file>