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AD415" w14:textId="77777777" w:rsidR="00E047B2" w:rsidRDefault="0009593B">
      <w:pPr>
        <w:pStyle w:val="Tytu"/>
      </w:pPr>
      <w:r>
        <w:t>Formularz reklamacji</w:t>
      </w:r>
    </w:p>
    <w:p w14:paraId="7516F887" w14:textId="77777777" w:rsidR="00E047B2" w:rsidRDefault="0009593B">
      <w:r>
        <w:t>Pineapple4kids</w:t>
      </w:r>
    </w:p>
    <w:p w14:paraId="0D493727" w14:textId="387E38FB" w:rsidR="00E047B2" w:rsidRDefault="0009593B">
      <w:r>
        <w:rPr>
          <w:b/>
        </w:rPr>
        <w:t xml:space="preserve">Adresat: </w:t>
      </w:r>
      <w:r>
        <w:t>Jakub Nosal – Pineapple</w:t>
      </w:r>
      <w:r>
        <w:br/>
        <w:t>ul. Pasieki 58, 43-419 Zamarski, Polska</w:t>
      </w:r>
      <w:r>
        <w:br/>
        <w:t xml:space="preserve">E-mail: </w:t>
      </w:r>
      <w:hyperlink r:id="rId6" w:history="1">
        <w:r w:rsidRPr="007A757B">
          <w:rPr>
            <w:rStyle w:val="Hipercze"/>
          </w:rPr>
          <w:t>kontakt@pineapple4kids.com</w:t>
        </w:r>
      </w:hyperlink>
    </w:p>
    <w:p w14:paraId="6B0DB233" w14:textId="1AF69724" w:rsidR="0009593B" w:rsidRDefault="0009593B">
      <w:r>
        <w:t>Tel.:+48 662 016 209</w:t>
      </w:r>
    </w:p>
    <w:p w14:paraId="054D7E61" w14:textId="77777777" w:rsidR="0009593B" w:rsidRDefault="0009593B">
      <w:pPr>
        <w:keepNext/>
        <w:spacing w:before="100" w:after="40"/>
      </w:pPr>
    </w:p>
    <w:p w14:paraId="34B84F57" w14:textId="08F5FCBA" w:rsidR="00E047B2" w:rsidRDefault="0009593B">
      <w:pPr>
        <w:keepNext/>
        <w:spacing w:before="100" w:after="40"/>
      </w:pPr>
      <w:r>
        <w:t xml:space="preserve">Imię i </w:t>
      </w:r>
      <w:proofErr w:type="spellStart"/>
      <w:r>
        <w:t>nazwisko</w:t>
      </w:r>
      <w:proofErr w:type="spellEnd"/>
      <w:r>
        <w:t xml:space="preserve"> / </w:t>
      </w:r>
      <w:proofErr w:type="spellStart"/>
      <w:r>
        <w:t>nazwa</w:t>
      </w:r>
      <w:proofErr w:type="spellEnd"/>
      <w:r>
        <w:t xml:space="preserve"> </w:t>
      </w:r>
      <w:proofErr w:type="spellStart"/>
      <w:r>
        <w:t>Klienta</w:t>
      </w:r>
      <w:proofErr w:type="spellEnd"/>
      <w:r>
        <w:t>:</w:t>
      </w:r>
    </w:p>
    <w:p w14:paraId="5FED0DFE" w14:textId="77777777" w:rsidR="0009593B" w:rsidRDefault="0009593B">
      <w:pPr>
        <w:keepNext/>
        <w:spacing w:before="100" w:after="40"/>
      </w:pPr>
    </w:p>
    <w:p w14:paraId="1DC897CC" w14:textId="77777777" w:rsidR="00E047B2" w:rsidRDefault="0009593B">
      <w:pPr>
        <w:spacing w:after="40"/>
      </w:pPr>
      <w:r>
        <w:rPr>
          <w:sz w:val="20"/>
        </w:rPr>
        <w:t>........................................................................................................................</w:t>
      </w:r>
    </w:p>
    <w:p w14:paraId="337422C2" w14:textId="243EC078" w:rsidR="00E047B2" w:rsidRDefault="0009593B">
      <w:pPr>
        <w:keepNext/>
        <w:spacing w:before="100" w:after="40"/>
      </w:pPr>
      <w:proofErr w:type="spellStart"/>
      <w:r>
        <w:t>Adres</w:t>
      </w:r>
      <w:proofErr w:type="spellEnd"/>
      <w:r>
        <w:t xml:space="preserve"> do </w:t>
      </w:r>
      <w:proofErr w:type="spellStart"/>
      <w:r>
        <w:t>korespondencji</w:t>
      </w:r>
      <w:proofErr w:type="spellEnd"/>
      <w:r>
        <w:t>:</w:t>
      </w:r>
    </w:p>
    <w:p w14:paraId="166A7691" w14:textId="77777777" w:rsidR="0009593B" w:rsidRDefault="0009593B">
      <w:pPr>
        <w:keepNext/>
        <w:spacing w:before="100" w:after="40"/>
      </w:pPr>
    </w:p>
    <w:p w14:paraId="0966486B" w14:textId="77777777" w:rsidR="00E047B2" w:rsidRDefault="0009593B">
      <w:pPr>
        <w:spacing w:after="40"/>
      </w:pPr>
      <w:r>
        <w:rPr>
          <w:sz w:val="20"/>
        </w:rPr>
        <w:t>................................................................</w:t>
      </w:r>
      <w:r>
        <w:rPr>
          <w:sz w:val="20"/>
        </w:rPr>
        <w:t>........................................................</w:t>
      </w:r>
    </w:p>
    <w:p w14:paraId="33F4DF7A" w14:textId="0D534A48" w:rsidR="00E047B2" w:rsidRDefault="0009593B">
      <w:pPr>
        <w:keepNext/>
        <w:spacing w:before="100" w:after="40"/>
      </w:pPr>
      <w:r>
        <w:t xml:space="preserve">E-mail do </w:t>
      </w:r>
      <w:proofErr w:type="spellStart"/>
      <w:r>
        <w:t>kontaktu</w:t>
      </w:r>
      <w:proofErr w:type="spellEnd"/>
      <w:r>
        <w:t>:</w:t>
      </w:r>
    </w:p>
    <w:p w14:paraId="4F556913" w14:textId="77777777" w:rsidR="0009593B" w:rsidRDefault="0009593B">
      <w:pPr>
        <w:keepNext/>
        <w:spacing w:before="100" w:after="40"/>
      </w:pPr>
    </w:p>
    <w:p w14:paraId="542E2469" w14:textId="77777777" w:rsidR="00E047B2" w:rsidRDefault="0009593B">
      <w:pPr>
        <w:spacing w:after="40"/>
      </w:pPr>
      <w:r>
        <w:rPr>
          <w:sz w:val="20"/>
        </w:rPr>
        <w:t>........................................................................................................................</w:t>
      </w:r>
    </w:p>
    <w:p w14:paraId="0937A8DD" w14:textId="1AACCB3B" w:rsidR="00E047B2" w:rsidRDefault="0009593B">
      <w:pPr>
        <w:keepNext/>
        <w:spacing w:before="100" w:after="40"/>
      </w:pPr>
      <w:r>
        <w:t xml:space="preserve">Numer zamówienia (jeśli jest </w:t>
      </w:r>
      <w:proofErr w:type="spellStart"/>
      <w:r>
        <w:t>dostępny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data </w:t>
      </w:r>
      <w:proofErr w:type="spellStart"/>
      <w:r>
        <w:t>zakupu</w:t>
      </w:r>
      <w:proofErr w:type="spellEnd"/>
      <w:r>
        <w:t>:</w:t>
      </w:r>
    </w:p>
    <w:p w14:paraId="71FD5B4A" w14:textId="77777777" w:rsidR="0009593B" w:rsidRDefault="0009593B">
      <w:pPr>
        <w:keepNext/>
        <w:spacing w:before="100" w:after="40"/>
      </w:pPr>
    </w:p>
    <w:p w14:paraId="3755DC29" w14:textId="77777777" w:rsidR="00E047B2" w:rsidRDefault="0009593B">
      <w:pPr>
        <w:spacing w:after="40"/>
      </w:pPr>
      <w:r>
        <w:rPr>
          <w:sz w:val="20"/>
        </w:rPr>
        <w:t>....</w:t>
      </w:r>
      <w:r>
        <w:rPr>
          <w:sz w:val="20"/>
        </w:rPr>
        <w:t>....................................................................................................................</w:t>
      </w:r>
    </w:p>
    <w:p w14:paraId="73EBDB5F" w14:textId="1FA42351" w:rsidR="00E047B2" w:rsidRDefault="0009593B">
      <w:pPr>
        <w:keepNext/>
        <w:spacing w:before="100" w:after="40"/>
      </w:pPr>
      <w:r>
        <w:t>Reklamowany produkt (</w:t>
      </w:r>
      <w:proofErr w:type="spellStart"/>
      <w:r>
        <w:t>nazwa</w:t>
      </w:r>
      <w:proofErr w:type="spellEnd"/>
      <w:r>
        <w:t xml:space="preserve">, </w:t>
      </w:r>
      <w:proofErr w:type="spellStart"/>
      <w:r>
        <w:t>wariant</w:t>
      </w:r>
      <w:proofErr w:type="spellEnd"/>
      <w:r>
        <w:t xml:space="preserve">, </w:t>
      </w:r>
      <w:proofErr w:type="spellStart"/>
      <w:r>
        <w:t>liczba</w:t>
      </w:r>
      <w:proofErr w:type="spellEnd"/>
      <w:r>
        <w:t xml:space="preserve"> </w:t>
      </w:r>
      <w:proofErr w:type="spellStart"/>
      <w:r>
        <w:t>sztuk</w:t>
      </w:r>
      <w:proofErr w:type="spellEnd"/>
      <w:r>
        <w:t>):</w:t>
      </w:r>
    </w:p>
    <w:p w14:paraId="76EB9099" w14:textId="77777777" w:rsidR="0009593B" w:rsidRDefault="0009593B">
      <w:pPr>
        <w:keepNext/>
        <w:spacing w:before="100" w:after="40"/>
      </w:pPr>
    </w:p>
    <w:p w14:paraId="3A4BBA7B" w14:textId="77777777" w:rsidR="00E047B2" w:rsidRDefault="0009593B">
      <w:pPr>
        <w:spacing w:after="40"/>
      </w:pPr>
      <w:r>
        <w:rPr>
          <w:sz w:val="20"/>
        </w:rPr>
        <w:t>.......................................................................................</w:t>
      </w:r>
      <w:r>
        <w:rPr>
          <w:sz w:val="20"/>
        </w:rPr>
        <w:t>.................................</w:t>
      </w:r>
    </w:p>
    <w:p w14:paraId="063DDAFA" w14:textId="461723EF" w:rsidR="00E047B2" w:rsidRDefault="0009593B">
      <w:pPr>
        <w:keepNext/>
        <w:spacing w:before="100" w:after="40"/>
      </w:pPr>
      <w:r>
        <w:t xml:space="preserve">Opis problemu </w:t>
      </w:r>
      <w:proofErr w:type="spellStart"/>
      <w:r>
        <w:t>i</w:t>
      </w:r>
      <w:proofErr w:type="spellEnd"/>
      <w:r>
        <w:t xml:space="preserve"> data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zauważenia</w:t>
      </w:r>
      <w:proofErr w:type="spellEnd"/>
      <w:r>
        <w:t>:</w:t>
      </w:r>
    </w:p>
    <w:p w14:paraId="00CA6676" w14:textId="77777777" w:rsidR="0009593B" w:rsidRDefault="0009593B">
      <w:pPr>
        <w:keepNext/>
        <w:spacing w:before="100" w:after="40"/>
      </w:pPr>
    </w:p>
    <w:p w14:paraId="0E065794" w14:textId="6FC98026" w:rsidR="00E047B2" w:rsidRDefault="0009593B">
      <w:pPr>
        <w:spacing w:after="40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</w:t>
      </w:r>
    </w:p>
    <w:p w14:paraId="2046365B" w14:textId="77777777" w:rsidR="0009593B" w:rsidRDefault="0009593B">
      <w:pPr>
        <w:spacing w:after="40"/>
      </w:pPr>
    </w:p>
    <w:p w14:paraId="245A896E" w14:textId="40A00C83" w:rsidR="00E047B2" w:rsidRDefault="0009593B">
      <w:pPr>
        <w:spacing w:after="40"/>
        <w:rPr>
          <w:sz w:val="20"/>
        </w:rPr>
      </w:pPr>
      <w:r>
        <w:rPr>
          <w:sz w:val="20"/>
        </w:rPr>
        <w:t>...............................................................</w:t>
      </w:r>
      <w:r>
        <w:rPr>
          <w:sz w:val="20"/>
        </w:rPr>
        <w:t>.........................................................</w:t>
      </w:r>
    </w:p>
    <w:p w14:paraId="570CD40E" w14:textId="77777777" w:rsidR="0009593B" w:rsidRDefault="0009593B">
      <w:pPr>
        <w:spacing w:after="40"/>
      </w:pPr>
    </w:p>
    <w:p w14:paraId="4057116F" w14:textId="22300E74" w:rsidR="00E047B2" w:rsidRDefault="0009593B">
      <w:pPr>
        <w:spacing w:after="40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</w:t>
      </w:r>
    </w:p>
    <w:p w14:paraId="28A74B2A" w14:textId="77777777" w:rsidR="0009593B" w:rsidRDefault="0009593B">
      <w:pPr>
        <w:spacing w:after="40"/>
      </w:pPr>
    </w:p>
    <w:p w14:paraId="6744AC4F" w14:textId="77777777" w:rsidR="00E047B2" w:rsidRDefault="0009593B">
      <w:pPr>
        <w:spacing w:after="40"/>
      </w:pPr>
      <w:r>
        <w:rPr>
          <w:sz w:val="20"/>
        </w:rPr>
        <w:t>.............................................................................</w:t>
      </w:r>
      <w:r>
        <w:rPr>
          <w:sz w:val="20"/>
        </w:rPr>
        <w:t>...........................................</w:t>
      </w:r>
    </w:p>
    <w:p w14:paraId="50933C7F" w14:textId="34FB47A0" w:rsidR="00E047B2" w:rsidRDefault="0009593B">
      <w:pPr>
        <w:keepNext/>
        <w:spacing w:before="100" w:after="40"/>
      </w:pPr>
      <w:proofErr w:type="spellStart"/>
      <w:r>
        <w:t>Oczekiwany</w:t>
      </w:r>
      <w:proofErr w:type="spellEnd"/>
      <w:r>
        <w:t xml:space="preserve"> </w:t>
      </w:r>
      <w:proofErr w:type="spellStart"/>
      <w:r>
        <w:t>sposób</w:t>
      </w:r>
      <w:proofErr w:type="spellEnd"/>
      <w:r>
        <w:t xml:space="preserve"> </w:t>
      </w:r>
      <w:proofErr w:type="spellStart"/>
      <w:r>
        <w:t>rozpatrzenia</w:t>
      </w:r>
      <w:proofErr w:type="spellEnd"/>
      <w:r>
        <w:t xml:space="preserve"> </w:t>
      </w:r>
      <w:proofErr w:type="spellStart"/>
      <w:r>
        <w:t>reklamacji</w:t>
      </w:r>
      <w:proofErr w:type="spellEnd"/>
      <w:r>
        <w:t>:</w:t>
      </w:r>
    </w:p>
    <w:p w14:paraId="26F795E6" w14:textId="77777777" w:rsidR="0009593B" w:rsidRDefault="0009593B">
      <w:pPr>
        <w:keepNext/>
        <w:spacing w:before="100" w:after="40"/>
      </w:pPr>
    </w:p>
    <w:p w14:paraId="3B84C042" w14:textId="033E6B0E" w:rsidR="00E047B2" w:rsidRDefault="0009593B">
      <w:pPr>
        <w:spacing w:after="40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</w:t>
      </w:r>
    </w:p>
    <w:p w14:paraId="0C9DAB0A" w14:textId="77777777" w:rsidR="0009593B" w:rsidRDefault="0009593B">
      <w:pPr>
        <w:spacing w:after="40"/>
      </w:pPr>
    </w:p>
    <w:p w14:paraId="6ED081EF" w14:textId="77777777" w:rsidR="00E047B2" w:rsidRDefault="0009593B">
      <w:pPr>
        <w:spacing w:after="40"/>
      </w:pPr>
      <w:r>
        <w:rPr>
          <w:sz w:val="20"/>
        </w:rPr>
        <w:t>................................................</w:t>
      </w:r>
      <w:r>
        <w:rPr>
          <w:sz w:val="20"/>
        </w:rPr>
        <w:t>........................................................................</w:t>
      </w:r>
    </w:p>
    <w:p w14:paraId="173613B5" w14:textId="17B765E5" w:rsidR="00E047B2" w:rsidRDefault="00E047B2">
      <w:pPr>
        <w:spacing w:after="40"/>
      </w:pPr>
    </w:p>
    <w:p w14:paraId="109ECC84" w14:textId="71CCC2B1" w:rsidR="00E047B2" w:rsidRDefault="0009593B">
      <w:pPr>
        <w:keepNext/>
        <w:spacing w:before="100" w:after="40"/>
      </w:pPr>
      <w:r>
        <w:t xml:space="preserve">Data </w:t>
      </w:r>
      <w:proofErr w:type="spellStart"/>
      <w:r>
        <w:t>zgłoszenia</w:t>
      </w:r>
      <w:proofErr w:type="spellEnd"/>
      <w:r>
        <w:t>:</w:t>
      </w:r>
    </w:p>
    <w:p w14:paraId="57560051" w14:textId="77777777" w:rsidR="0009593B" w:rsidRDefault="0009593B">
      <w:pPr>
        <w:keepNext/>
        <w:spacing w:before="100" w:after="40"/>
      </w:pPr>
    </w:p>
    <w:p w14:paraId="37189B8D" w14:textId="77777777" w:rsidR="00E047B2" w:rsidRDefault="0009593B">
      <w:pPr>
        <w:spacing w:after="40"/>
      </w:pPr>
      <w:r>
        <w:rPr>
          <w:sz w:val="20"/>
        </w:rPr>
        <w:t>........................................</w:t>
      </w:r>
      <w:r>
        <w:rPr>
          <w:sz w:val="20"/>
        </w:rPr>
        <w:t>................................................................................</w:t>
      </w:r>
    </w:p>
    <w:p w14:paraId="46144185" w14:textId="24BEFCE6" w:rsidR="00E047B2" w:rsidRDefault="0009593B">
      <w:pPr>
        <w:spacing w:before="120"/>
        <w:rPr>
          <w:sz w:val="18"/>
        </w:rPr>
      </w:pPr>
      <w:r>
        <w:rPr>
          <w:sz w:val="18"/>
        </w:rPr>
        <w:t xml:space="preserve">Paragon nie jest wymagany. Podaj informacje umożliwiające identyfikację zakupu. Szczegóły przetwarzania danych osobowych znajdują się w </w:t>
      </w:r>
      <w:proofErr w:type="spellStart"/>
      <w:r>
        <w:rPr>
          <w:sz w:val="18"/>
        </w:rPr>
        <w:t>Polityce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Prywatności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sklepu</w:t>
      </w:r>
      <w:proofErr w:type="spellEnd"/>
      <w:r>
        <w:rPr>
          <w:sz w:val="18"/>
        </w:rPr>
        <w:t>.</w:t>
      </w:r>
    </w:p>
    <w:p w14:paraId="2B163272" w14:textId="77777777" w:rsidR="0009593B" w:rsidRDefault="0009593B" w:rsidP="0009593B">
      <w:pPr>
        <w:keepNext/>
        <w:spacing w:before="100" w:after="40"/>
      </w:pPr>
    </w:p>
    <w:p w14:paraId="5B8C68D1" w14:textId="699ADCE2" w:rsidR="0009593B" w:rsidRDefault="0009593B" w:rsidP="0009593B">
      <w:pPr>
        <w:keepNext/>
        <w:spacing w:before="100" w:after="40"/>
      </w:pPr>
      <w:proofErr w:type="spellStart"/>
      <w:r>
        <w:t>Podpis</w:t>
      </w:r>
      <w:proofErr w:type="spellEnd"/>
      <w:r>
        <w:t xml:space="preserve"> </w:t>
      </w:r>
      <w:proofErr w:type="spellStart"/>
      <w:r>
        <w:t>klienta</w:t>
      </w:r>
      <w:proofErr w:type="spellEnd"/>
    </w:p>
    <w:p w14:paraId="4DF8C438" w14:textId="699ADCE2" w:rsidR="0009593B" w:rsidRDefault="0009593B">
      <w:pPr>
        <w:spacing w:before="120"/>
      </w:pPr>
    </w:p>
    <w:sectPr w:rsidR="0009593B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593B"/>
    <w:rsid w:val="0015074B"/>
    <w:rsid w:val="0029639D"/>
    <w:rsid w:val="00326F90"/>
    <w:rsid w:val="00AA1D8D"/>
    <w:rsid w:val="00B47730"/>
    <w:rsid w:val="00CB0664"/>
    <w:rsid w:val="00E047B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055BE6"/>
  <w14:defaultImageDpi w14:val="300"/>
  <w15:docId w15:val="{CD699BFC-08E0-4172-8FD8-B6329455F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40" w:lineRule="auto"/>
    </w:pPr>
    <w:rPr>
      <w:rFonts w:ascii="Arial" w:hAnsi="Arial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160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09593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59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ntakt@pineapple4kids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reklamacji Pineapple4kids</dc:title>
  <dc:subject/>
  <dc:creator>Pineapple4kids</dc:creator>
  <cp:keywords/>
  <dc:description>generated by python-docx</dc:description>
  <cp:lastModifiedBy>Jakub Nosal</cp:lastModifiedBy>
  <cp:revision>2</cp:revision>
  <dcterms:created xsi:type="dcterms:W3CDTF">2013-12-23T23:15:00Z</dcterms:created>
  <dcterms:modified xsi:type="dcterms:W3CDTF">2026-10-29T11:24:00Z</dcterms:modified>
  <cp:category/>
</cp:coreProperties>
</file>