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A962B" w14:textId="2260B145" w:rsidR="009D7B97" w:rsidRDefault="00C73BF5">
      <w:pPr>
        <w:pStyle w:val="Tytu"/>
      </w:pPr>
      <w:proofErr w:type="spellStart"/>
      <w:r>
        <w:t>Rücktrittsformular</w:t>
      </w:r>
      <w:proofErr w:type="spellEnd"/>
    </w:p>
    <w:p w14:paraId="2FFFE6FC" w14:textId="4BA69B46" w:rsidR="009D7B97" w:rsidRDefault="00C73BF5">
      <w:r>
        <w:t xml:space="preserve">Das Formular sollte nur ausgefüllt und verschickt werden, wenn Sie sich aus dem Vertrag zurückziehen möchten. </w:t>
      </w:r>
    </w:p>
    <w:p w14:paraId="519FAD50" w14:textId="77777777" w:rsidR="00C73BF5" w:rsidRDefault="00C73BF5"/>
    <w:p w14:paraId="2E44EBC6" w14:textId="630B4BC6" w:rsidR="00C73BF5" w:rsidRDefault="00C73BF5">
      <w:pPr>
        <w:spacing w:before="140"/>
      </w:pPr>
      <w:r>
        <w:rPr>
          <w:b/>
        </w:rPr>
        <w:t>Adressat:</w:t>
      </w:r>
      <w:r>
        <w:br/>
        <w:t>Jakub Nosal – Ananas</w:t>
      </w:r>
      <w:r>
        <w:br/>
        <w:t>Pasieki 58, 43-419 Zamarski, Polen</w:t>
      </w:r>
      <w:r>
        <w:br/>
        <w:t xml:space="preserve">E-Mail: </w:t>
      </w:r>
      <w:hyperlink r:id="rId6" w:history="1">
        <w:r w:rsidRPr="001551C2">
          <w:rPr>
            <w:rStyle w:val="Hipercze"/>
          </w:rPr>
          <w:t>kontakt@pineapple4kids.com</w:t>
        </w:r>
      </w:hyperlink>
      <w:r>
        <w:br/>
        <w:t>Tel.: +48 662 016 209</w:t>
      </w:r>
    </w:p>
    <w:p w14:paraId="32D1B151" w14:textId="68F83665" w:rsidR="009D7B97" w:rsidRDefault="00C73BF5">
      <w:pPr>
        <w:spacing w:before="180"/>
      </w:pPr>
      <w:r>
        <w:t>Ich informiere hiermit über den Rückzug aus dem Kaufvertrag der folgenden Produkte:</w:t>
      </w:r>
    </w:p>
    <w:p w14:paraId="154BB1B0" w14:textId="77777777" w:rsidR="00C73BF5" w:rsidRDefault="00C73BF5">
      <w:pPr>
        <w:spacing w:before="180"/>
      </w:pPr>
    </w:p>
    <w:p w14:paraId="318C34B0" w14:textId="13EC5D1F" w:rsidR="009D7B97" w:rsidRDefault="00C73BF5">
      <w:pPr>
        <w:spacing w:after="60" w:line="240" w:lineRule="auto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6DBD19DE" w14:textId="77777777" w:rsidR="00C73BF5" w:rsidRDefault="00C73BF5">
      <w:pPr>
        <w:spacing w:after="60" w:line="240" w:lineRule="auto"/>
      </w:pPr>
    </w:p>
    <w:p w14:paraId="6ACE099E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7D53EFC0" w14:textId="3B14222B" w:rsidR="009D7B97" w:rsidRDefault="00C73BF5">
      <w:pPr>
        <w:keepNext/>
        <w:spacing w:before="160" w:after="80"/>
      </w:pPr>
      <w:r>
        <w:t>Bestellnummer, falls verfügbar:</w:t>
      </w:r>
    </w:p>
    <w:p w14:paraId="0E6F901C" w14:textId="77777777" w:rsidR="00C73BF5" w:rsidRDefault="00C73BF5">
      <w:pPr>
        <w:keepNext/>
        <w:spacing w:before="160" w:after="80"/>
      </w:pPr>
    </w:p>
    <w:p w14:paraId="1821949C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5B4EE1E3" w14:textId="0CBEDE69" w:rsidR="009D7B97" w:rsidRDefault="00C73BF5">
      <w:pPr>
        <w:keepNext/>
        <w:spacing w:before="160" w:after="80"/>
      </w:pPr>
      <w:r>
        <w:t>Datum des Abschlusses der Vereinbarung:</w:t>
      </w:r>
    </w:p>
    <w:p w14:paraId="11671819" w14:textId="77777777" w:rsidR="00C73BF5" w:rsidRDefault="00C73BF5">
      <w:pPr>
        <w:keepNext/>
        <w:spacing w:before="160" w:after="80"/>
      </w:pPr>
    </w:p>
    <w:p w14:paraId="7C3CAAA9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3E6C167F" w14:textId="60D5CC1C" w:rsidR="009D7B97" w:rsidRDefault="00C73BF5">
      <w:pPr>
        <w:keepNext/>
        <w:spacing w:before="160" w:after="80"/>
      </w:pPr>
      <w:r>
        <w:t>Name und Nachname des Kunden:</w:t>
      </w:r>
    </w:p>
    <w:p w14:paraId="05043055" w14:textId="77777777" w:rsidR="00C73BF5" w:rsidRDefault="00C73BF5">
      <w:pPr>
        <w:keepNext/>
        <w:spacing w:before="160" w:after="80"/>
      </w:pPr>
    </w:p>
    <w:p w14:paraId="53A7DEC7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6A1A4D8F" w14:textId="170BDC02" w:rsidR="009D7B97" w:rsidRDefault="00C73BF5">
      <w:pPr>
        <w:keepNext/>
        <w:spacing w:before="160" w:after="80"/>
      </w:pPr>
      <w:r>
        <w:t>Kundenadresse:</w:t>
      </w:r>
    </w:p>
    <w:p w14:paraId="3D03EADB" w14:textId="77777777" w:rsidR="00C73BF5" w:rsidRDefault="00C73BF5">
      <w:pPr>
        <w:keepNext/>
        <w:spacing w:before="160" w:after="80"/>
      </w:pPr>
    </w:p>
    <w:p w14:paraId="0E1E5BEA" w14:textId="0D9CF6F3" w:rsidR="009D7B97" w:rsidRDefault="00C73BF5">
      <w:pPr>
        <w:spacing w:after="60" w:line="240" w:lineRule="auto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</w:t>
      </w:r>
    </w:p>
    <w:p w14:paraId="59BA72DF" w14:textId="77777777" w:rsidR="00C73BF5" w:rsidRDefault="00C73BF5">
      <w:pPr>
        <w:spacing w:after="60" w:line="240" w:lineRule="auto"/>
      </w:pPr>
    </w:p>
    <w:p w14:paraId="3DB8E83D" w14:textId="77777777" w:rsidR="009D7B97" w:rsidRDefault="00C73BF5">
      <w:pPr>
        <w:spacing w:after="60" w:line="240" w:lineRule="auto"/>
      </w:pPr>
      <w:r>
        <w:rPr>
          <w:sz w:val="20"/>
        </w:rPr>
        <w:t>........................................................................................................................</w:t>
      </w:r>
    </w:p>
    <w:p w14:paraId="79B249E4" w14:textId="0DB786E0" w:rsidR="009D7B97" w:rsidRDefault="00C73BF5">
      <w:pPr>
        <w:keepNext/>
        <w:spacing w:before="160" w:after="80"/>
      </w:pPr>
      <w:r>
        <w:t>Datum:</w:t>
      </w:r>
    </w:p>
    <w:p w14:paraId="54BDF925" w14:textId="77777777" w:rsidR="00C73BF5" w:rsidRDefault="00C73BF5">
      <w:pPr>
        <w:keepNext/>
        <w:spacing w:before="160" w:after="80"/>
      </w:pPr>
    </w:p>
    <w:p w14:paraId="47C9B8F2" w14:textId="14B8B8F9" w:rsidR="009D7B97" w:rsidRDefault="00C73BF5">
      <w:pPr>
        <w:spacing w:after="60" w:line="240" w:lineRule="auto"/>
      </w:pPr>
      <w:r>
        <w:rPr>
          <w:sz w:val="20"/>
        </w:rPr>
        <w:t>..........................................</w:t>
      </w:r>
    </w:p>
    <w:p w14:paraId="20C90557" w14:textId="0A964EEA" w:rsidR="009D7B97" w:rsidRDefault="00C73BF5">
      <w:pPr>
        <w:keepNext/>
        <w:spacing w:before="160" w:after="80"/>
      </w:pPr>
      <w:r>
        <w:t xml:space="preserve">Unterschrift des Mandanten </w:t>
      </w:r>
    </w:p>
    <w:p w14:paraId="435E24D3" w14:textId="77777777" w:rsidR="00C73BF5" w:rsidRDefault="00C73BF5">
      <w:pPr>
        <w:keepNext/>
        <w:spacing w:before="160" w:after="80"/>
      </w:pPr>
    </w:p>
    <w:p w14:paraId="5ADEA3E2" w14:textId="621A3499" w:rsidR="009D7B97" w:rsidRDefault="00C73BF5">
      <w:pPr>
        <w:spacing w:after="60" w:line="240" w:lineRule="auto"/>
      </w:pPr>
      <w:r>
        <w:rPr>
          <w:sz w:val="20"/>
        </w:rPr>
        <w:t>..........................................</w:t>
      </w:r>
    </w:p>
    <w:sectPr w:rsidR="009D7B97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4712"/>
    <w:rsid w:val="0029639D"/>
    <w:rsid w:val="00326F90"/>
    <w:rsid w:val="009D7B97"/>
    <w:rsid w:val="00AA1D8D"/>
    <w:rsid w:val="00B47730"/>
    <w:rsid w:val="00C73BF5"/>
    <w:rsid w:val="00CB0664"/>
    <w:rsid w:val="00F90E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CFA8C"/>
  <w14:defaultImageDpi w14:val="300"/>
  <w15:docId w15:val="{BC759BF7-88E5-4D2A-A747-5464EF6E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73BF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3BF5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F90E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takt@pineapple4kids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Muster-Austrittsformular</dc:title>
  <dc:subject>Rücktrittsformular aus dem Kaufvertrag</dc:subject>
  <dc:creator>Pineapple4kids</dc:creator>
  <cp:keywords/>
  <dc:description>Erstellt von python-docx</dc:description>
  <cp:lastModifiedBy>Jakub Nosal</cp:lastModifiedBy>
  <cp:revision>1</cp:revision>
  <dcterms:created xsi:type="dcterms:W3CDTF">2013-12-23T23:15:00Z</dcterms:created>
  <dcterms:modified xsi:type="dcterms:W3CDTF">2026-10-29T12:11:00Z</dcterms:modified>
  <cp:category/>
</cp:coreProperties>
</file>