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AD415" w14:textId="0A488026" w:rsidR="00E047B2" w:rsidRDefault="0009593B">
      <w:pPr>
        <w:pStyle w:val="Tytu"/>
      </w:pPr>
      <w:proofErr w:type="spellStart"/>
      <w:r>
        <w:t>Beschwerdeformular</w:t>
      </w:r>
      <w:proofErr w:type="spellEnd"/>
    </w:p>
    <w:p w14:paraId="7516F887" w14:textId="77777777" w:rsidR="00E047B2" w:rsidRDefault="0009593B">
      <w:r>
        <w:t>Pineapple4kids</w:t>
      </w:r>
    </w:p>
    <w:p w14:paraId="0D493727" w14:textId="387E38FB" w:rsidR="00E047B2" w:rsidRDefault="0009593B">
      <w:r>
        <w:rPr>
          <w:b/>
        </w:rPr>
        <w:t xml:space="preserve">Adressat: </w:t>
      </w:r>
      <w:r>
        <w:t>Jakub Nosal – Ananas</w:t>
      </w:r>
      <w:r>
        <w:br/>
        <w:t>Pasieki 58, 43-419 Zamarski, Polen</w:t>
      </w:r>
      <w:r>
        <w:br/>
        <w:t xml:space="preserve">E-Mail: </w:t>
      </w:r>
      <w:hyperlink r:id="rId6" w:history="1">
        <w:r w:rsidRPr="007A757B">
          <w:rPr>
            <w:rStyle w:val="Hipercze"/>
          </w:rPr>
          <w:t>kontakt@pineapple4kids.com</w:t>
        </w:r>
      </w:hyperlink>
    </w:p>
    <w:p w14:paraId="6B0DB233" w14:textId="1AF69724" w:rsidR="0009593B" w:rsidRDefault="0009593B">
      <w:r>
        <w:t>Tel.: +48 662 016 209</w:t>
      </w:r>
    </w:p>
    <w:p w14:paraId="054D7E61" w14:textId="77777777" w:rsidR="0009593B" w:rsidRDefault="0009593B">
      <w:pPr>
        <w:keepNext/>
        <w:spacing w:before="100" w:after="40"/>
      </w:pPr>
    </w:p>
    <w:p w14:paraId="34B84F57" w14:textId="08F5FCBA" w:rsidR="00E047B2" w:rsidRDefault="0009593B">
      <w:pPr>
        <w:keepNext/>
        <w:spacing w:before="100" w:after="40"/>
      </w:pPr>
      <w:r>
        <w:t xml:space="preserve">Name und </w:t>
      </w:r>
      <w:proofErr w:type="spellStart"/>
      <w:r>
        <w:t>Nachname</w:t>
      </w:r>
      <w:proofErr w:type="spellEnd"/>
      <w:r>
        <w:t xml:space="preserve"> / Name des </w:t>
      </w:r>
      <w:proofErr w:type="spellStart"/>
      <w:r>
        <w:t>Kunden</w:t>
      </w:r>
      <w:proofErr w:type="spellEnd"/>
      <w:r>
        <w:t>:</w:t>
      </w:r>
    </w:p>
    <w:p w14:paraId="5FED0DFE" w14:textId="77777777" w:rsidR="0009593B" w:rsidRDefault="0009593B">
      <w:pPr>
        <w:keepNext/>
        <w:spacing w:before="100" w:after="40"/>
      </w:pPr>
    </w:p>
    <w:p w14:paraId="1DC897CC" w14:textId="77777777" w:rsidR="00E047B2" w:rsidRDefault="0009593B">
      <w:pPr>
        <w:spacing w:after="40"/>
      </w:pPr>
      <w:r>
        <w:rPr>
          <w:sz w:val="20"/>
        </w:rPr>
        <w:t>........................................................................................................................</w:t>
      </w:r>
    </w:p>
    <w:p w14:paraId="337422C2" w14:textId="243EC078" w:rsidR="00E047B2" w:rsidRDefault="0009593B">
      <w:pPr>
        <w:keepNext/>
        <w:spacing w:before="100" w:after="40"/>
      </w:pPr>
      <w:proofErr w:type="spellStart"/>
      <w:r>
        <w:t>Korrespondenzadresse</w:t>
      </w:r>
      <w:proofErr w:type="spellEnd"/>
      <w:r>
        <w:t>:</w:t>
      </w:r>
    </w:p>
    <w:p w14:paraId="166A7691" w14:textId="77777777" w:rsidR="0009593B" w:rsidRDefault="0009593B">
      <w:pPr>
        <w:keepNext/>
        <w:spacing w:before="100" w:after="40"/>
      </w:pPr>
    </w:p>
    <w:p w14:paraId="0966486B" w14:textId="77777777" w:rsidR="00E047B2" w:rsidRDefault="0009593B">
      <w:pPr>
        <w:spacing w:after="40"/>
      </w:pPr>
      <w:r>
        <w:rPr>
          <w:sz w:val="20"/>
        </w:rPr>
        <w:t>........................................................................................................................</w:t>
      </w:r>
    </w:p>
    <w:p w14:paraId="33F4DF7A" w14:textId="0D534A48" w:rsidR="00E047B2" w:rsidRDefault="0009593B">
      <w:pPr>
        <w:keepNext/>
        <w:spacing w:before="100" w:after="40"/>
      </w:pPr>
      <w:proofErr w:type="spellStart"/>
      <w:r>
        <w:t>Kontakt</w:t>
      </w:r>
      <w:proofErr w:type="spellEnd"/>
      <w:r>
        <w:t>-E-Mail:</w:t>
      </w:r>
    </w:p>
    <w:p w14:paraId="4F556913" w14:textId="77777777" w:rsidR="0009593B" w:rsidRDefault="0009593B">
      <w:pPr>
        <w:keepNext/>
        <w:spacing w:before="100" w:after="40"/>
      </w:pPr>
    </w:p>
    <w:p w14:paraId="542E2469" w14:textId="77777777" w:rsidR="00E047B2" w:rsidRDefault="0009593B">
      <w:pPr>
        <w:spacing w:after="40"/>
      </w:pPr>
      <w:r>
        <w:rPr>
          <w:sz w:val="20"/>
        </w:rPr>
        <w:t>........................................................................................................................</w:t>
      </w:r>
    </w:p>
    <w:p w14:paraId="0937A8DD" w14:textId="1AACCB3B" w:rsidR="00E047B2" w:rsidRDefault="0009593B">
      <w:pPr>
        <w:keepNext/>
        <w:spacing w:before="100" w:after="40"/>
      </w:pPr>
      <w:r>
        <w:t xml:space="preserve">Bestellnummer (falls </w:t>
      </w:r>
      <w:proofErr w:type="spellStart"/>
      <w:r>
        <w:t>verfügbar</w:t>
      </w:r>
      <w:proofErr w:type="spellEnd"/>
      <w:r>
        <w:t xml:space="preserve">) und </w:t>
      </w:r>
      <w:proofErr w:type="spellStart"/>
      <w:r>
        <w:t>Kaufdatum</w:t>
      </w:r>
      <w:proofErr w:type="spellEnd"/>
      <w:r>
        <w:t>:</w:t>
      </w:r>
    </w:p>
    <w:p w14:paraId="71FD5B4A" w14:textId="77777777" w:rsidR="0009593B" w:rsidRDefault="0009593B">
      <w:pPr>
        <w:keepNext/>
        <w:spacing w:before="100" w:after="40"/>
      </w:pPr>
    </w:p>
    <w:p w14:paraId="3755DC29" w14:textId="77777777" w:rsidR="00E047B2" w:rsidRDefault="0009593B">
      <w:pPr>
        <w:spacing w:after="40"/>
      </w:pPr>
      <w:r>
        <w:rPr>
          <w:sz w:val="20"/>
        </w:rPr>
        <w:t>........................................................................................................................</w:t>
      </w:r>
    </w:p>
    <w:p w14:paraId="73EBDB5F" w14:textId="1FA42351" w:rsidR="00E047B2" w:rsidRDefault="0009593B">
      <w:pPr>
        <w:keepNext/>
        <w:spacing w:before="100" w:after="40"/>
      </w:pPr>
      <w:proofErr w:type="spellStart"/>
      <w:r>
        <w:t>Beworbenes</w:t>
      </w:r>
      <w:proofErr w:type="spellEnd"/>
      <w:r>
        <w:t xml:space="preserve"> </w:t>
      </w:r>
      <w:proofErr w:type="spellStart"/>
      <w:r>
        <w:t>Produkt</w:t>
      </w:r>
      <w:proofErr w:type="spellEnd"/>
      <w:r>
        <w:t xml:space="preserve"> (Name, </w:t>
      </w:r>
      <w:proofErr w:type="spellStart"/>
      <w:r>
        <w:t>Variante</w:t>
      </w:r>
      <w:proofErr w:type="spellEnd"/>
      <w:r>
        <w:t xml:space="preserve">, </w:t>
      </w:r>
      <w:proofErr w:type="spellStart"/>
      <w:r>
        <w:t>Anzahl</w:t>
      </w:r>
      <w:proofErr w:type="spellEnd"/>
      <w:r>
        <w:t xml:space="preserve"> der </w:t>
      </w:r>
      <w:proofErr w:type="spellStart"/>
      <w:r>
        <w:t>Stück</w:t>
      </w:r>
      <w:proofErr w:type="spellEnd"/>
      <w:r>
        <w:t>):</w:t>
      </w:r>
    </w:p>
    <w:p w14:paraId="76EB9099" w14:textId="77777777" w:rsidR="0009593B" w:rsidRDefault="0009593B">
      <w:pPr>
        <w:keepNext/>
        <w:spacing w:before="100" w:after="40"/>
      </w:pPr>
    </w:p>
    <w:p w14:paraId="3A4BBA7B" w14:textId="77777777" w:rsidR="00E047B2" w:rsidRDefault="0009593B">
      <w:pPr>
        <w:spacing w:after="40"/>
      </w:pPr>
      <w:r>
        <w:rPr>
          <w:sz w:val="20"/>
        </w:rPr>
        <w:t>........................................................................................................................</w:t>
      </w:r>
    </w:p>
    <w:p w14:paraId="063DDAFA" w14:textId="461723EF" w:rsidR="00E047B2" w:rsidRDefault="0009593B">
      <w:pPr>
        <w:keepNext/>
        <w:spacing w:before="100" w:after="40"/>
      </w:pPr>
      <w:proofErr w:type="spellStart"/>
      <w:r>
        <w:t>Beschreibung</w:t>
      </w:r>
      <w:proofErr w:type="spellEnd"/>
      <w:r>
        <w:t xml:space="preserve"> des Problems und das Datum der </w:t>
      </w:r>
      <w:proofErr w:type="spellStart"/>
      <w:r>
        <w:t>Bekanntmachung</w:t>
      </w:r>
      <w:proofErr w:type="spellEnd"/>
      <w:r>
        <w:t>:</w:t>
      </w:r>
    </w:p>
    <w:p w14:paraId="00CA6676" w14:textId="77777777" w:rsidR="0009593B" w:rsidRDefault="0009593B">
      <w:pPr>
        <w:keepNext/>
        <w:spacing w:before="100" w:after="40"/>
      </w:pPr>
    </w:p>
    <w:p w14:paraId="0E065794" w14:textId="6FC98026" w:rsidR="00E047B2" w:rsidRDefault="0009593B">
      <w:pPr>
        <w:spacing w:after="40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</w:t>
      </w:r>
    </w:p>
    <w:p w14:paraId="2046365B" w14:textId="77777777" w:rsidR="0009593B" w:rsidRDefault="0009593B">
      <w:pPr>
        <w:spacing w:after="40"/>
      </w:pPr>
    </w:p>
    <w:p w14:paraId="245A896E" w14:textId="40A00C83" w:rsidR="00E047B2" w:rsidRDefault="0009593B">
      <w:pPr>
        <w:spacing w:after="40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</w:t>
      </w:r>
    </w:p>
    <w:p w14:paraId="570CD40E" w14:textId="77777777" w:rsidR="0009593B" w:rsidRDefault="0009593B">
      <w:pPr>
        <w:spacing w:after="40"/>
      </w:pPr>
    </w:p>
    <w:p w14:paraId="4057116F" w14:textId="22300E74" w:rsidR="00E047B2" w:rsidRDefault="0009593B">
      <w:pPr>
        <w:spacing w:after="40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</w:t>
      </w:r>
    </w:p>
    <w:p w14:paraId="28A74B2A" w14:textId="77777777" w:rsidR="0009593B" w:rsidRDefault="0009593B">
      <w:pPr>
        <w:spacing w:after="40"/>
      </w:pPr>
    </w:p>
    <w:p w14:paraId="6744AC4F" w14:textId="77777777" w:rsidR="00E047B2" w:rsidRDefault="0009593B">
      <w:pPr>
        <w:spacing w:after="40"/>
      </w:pPr>
      <w:r>
        <w:rPr>
          <w:sz w:val="20"/>
        </w:rPr>
        <w:t>........................................................................................................................</w:t>
      </w:r>
    </w:p>
    <w:p w14:paraId="50933C7F" w14:textId="34FB47A0" w:rsidR="00E047B2" w:rsidRDefault="0009593B">
      <w:pPr>
        <w:keepNext/>
        <w:spacing w:before="100" w:after="40"/>
      </w:pPr>
      <w:proofErr w:type="spellStart"/>
      <w:r>
        <w:t>Erwartete</w:t>
      </w:r>
      <w:proofErr w:type="spellEnd"/>
      <w:r>
        <w:t xml:space="preserve"> </w:t>
      </w:r>
      <w:proofErr w:type="spellStart"/>
      <w:r>
        <w:t>Methode</w:t>
      </w:r>
      <w:proofErr w:type="spellEnd"/>
      <w:r>
        <w:t xml:space="preserve"> </w:t>
      </w:r>
      <w:proofErr w:type="spellStart"/>
      <w:r>
        <w:t>zur</w:t>
      </w:r>
      <w:proofErr w:type="spellEnd"/>
      <w:r>
        <w:t xml:space="preserve"> </w:t>
      </w:r>
      <w:proofErr w:type="spellStart"/>
      <w:r>
        <w:t>Bearbeitung</w:t>
      </w:r>
      <w:proofErr w:type="spellEnd"/>
      <w:r>
        <w:t xml:space="preserve"> der </w:t>
      </w:r>
      <w:proofErr w:type="spellStart"/>
      <w:r>
        <w:t>Beschwerde</w:t>
      </w:r>
      <w:proofErr w:type="spellEnd"/>
      <w:r>
        <w:t>:</w:t>
      </w:r>
    </w:p>
    <w:p w14:paraId="26F795E6" w14:textId="77777777" w:rsidR="0009593B" w:rsidRDefault="0009593B">
      <w:pPr>
        <w:keepNext/>
        <w:spacing w:before="100" w:after="40"/>
      </w:pPr>
    </w:p>
    <w:p w14:paraId="3B84C042" w14:textId="033E6B0E" w:rsidR="00E047B2" w:rsidRDefault="0009593B">
      <w:pPr>
        <w:spacing w:after="40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</w:t>
      </w:r>
    </w:p>
    <w:p w14:paraId="0C9DAB0A" w14:textId="77777777" w:rsidR="0009593B" w:rsidRDefault="0009593B">
      <w:pPr>
        <w:spacing w:after="40"/>
      </w:pPr>
    </w:p>
    <w:p w14:paraId="6ED081EF" w14:textId="77777777" w:rsidR="00E047B2" w:rsidRDefault="0009593B">
      <w:pPr>
        <w:spacing w:after="40"/>
      </w:pPr>
      <w:r>
        <w:rPr>
          <w:sz w:val="20"/>
        </w:rPr>
        <w:t>........................................................................................................................</w:t>
      </w:r>
    </w:p>
    <w:p w14:paraId="173613B5" w14:textId="17B765E5" w:rsidR="00E047B2" w:rsidRDefault="00E047B2">
      <w:pPr>
        <w:spacing w:after="40"/>
      </w:pPr>
    </w:p>
    <w:p w14:paraId="109ECC84" w14:textId="71CCC2B1" w:rsidR="00E047B2" w:rsidRDefault="0009593B">
      <w:pPr>
        <w:keepNext/>
        <w:spacing w:before="100" w:after="40"/>
      </w:pPr>
      <w:proofErr w:type="spellStart"/>
      <w:r>
        <w:t>Antragsdatum</w:t>
      </w:r>
      <w:proofErr w:type="spellEnd"/>
      <w:r>
        <w:t>:</w:t>
      </w:r>
    </w:p>
    <w:p w14:paraId="57560051" w14:textId="77777777" w:rsidR="0009593B" w:rsidRDefault="0009593B">
      <w:pPr>
        <w:keepNext/>
        <w:spacing w:before="100" w:after="40"/>
      </w:pPr>
    </w:p>
    <w:p w14:paraId="37189B8D" w14:textId="77777777" w:rsidR="00E047B2" w:rsidRDefault="0009593B">
      <w:pPr>
        <w:spacing w:after="40"/>
      </w:pPr>
      <w:r>
        <w:rPr>
          <w:sz w:val="20"/>
        </w:rPr>
        <w:t>........................................................................................................................</w:t>
      </w:r>
    </w:p>
    <w:p w14:paraId="46144185" w14:textId="24BEFCE6" w:rsidR="00E047B2" w:rsidRDefault="0009593B">
      <w:pPr>
        <w:spacing w:before="120"/>
        <w:rPr>
          <w:sz w:val="18"/>
        </w:rPr>
      </w:pPr>
      <w:r>
        <w:rPr>
          <w:sz w:val="18"/>
        </w:rPr>
        <w:t xml:space="preserve">Eine Quittung ist nicht erforderlich. Geben Sie Informationen an, die den Kauf identifizieren. Details zur Verarbeitung personenbezogener Daten finden Sie in der </w:t>
      </w:r>
      <w:proofErr w:type="spellStart"/>
      <w:r>
        <w:rPr>
          <w:sz w:val="18"/>
        </w:rPr>
        <w:t>Datenschutzrichtlinie</w:t>
      </w:r>
      <w:proofErr w:type="spellEnd"/>
      <w:r>
        <w:rPr>
          <w:sz w:val="18"/>
        </w:rPr>
        <w:t xml:space="preserve"> des </w:t>
      </w:r>
      <w:proofErr w:type="spellStart"/>
      <w:r>
        <w:rPr>
          <w:sz w:val="18"/>
        </w:rPr>
        <w:t>Geschäfts</w:t>
      </w:r>
      <w:proofErr w:type="spellEnd"/>
      <w:r>
        <w:rPr>
          <w:sz w:val="18"/>
        </w:rPr>
        <w:t>.</w:t>
      </w:r>
    </w:p>
    <w:p w14:paraId="2B163272" w14:textId="77777777" w:rsidR="0009593B" w:rsidRDefault="0009593B" w:rsidP="0009593B">
      <w:pPr>
        <w:keepNext/>
        <w:spacing w:before="100" w:after="40"/>
      </w:pPr>
    </w:p>
    <w:p w14:paraId="5B8C68D1" w14:textId="699ADCE2" w:rsidR="0009593B" w:rsidRDefault="0009593B" w:rsidP="0009593B">
      <w:pPr>
        <w:keepNext/>
        <w:spacing w:before="100" w:after="40"/>
      </w:pPr>
      <w:proofErr w:type="spellStart"/>
      <w:r>
        <w:t>Kundensignatur</w:t>
      </w:r>
      <w:proofErr w:type="spellEnd"/>
    </w:p>
    <w:p w14:paraId="4DF8C438" w14:textId="440B8DB7" w:rsidR="0009593B" w:rsidRDefault="0009593B">
      <w:pPr>
        <w:spacing w:before="120"/>
      </w:pPr>
    </w:p>
    <w:sectPr w:rsidR="0009593B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593B"/>
    <w:rsid w:val="0015074B"/>
    <w:rsid w:val="0029639D"/>
    <w:rsid w:val="00326F90"/>
    <w:rsid w:val="00755CB8"/>
    <w:rsid w:val="00AA1D8D"/>
    <w:rsid w:val="00B47730"/>
    <w:rsid w:val="00CB0664"/>
    <w:rsid w:val="00E047B2"/>
    <w:rsid w:val="00FB7AC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055BE6"/>
  <w14:defaultImageDpi w14:val="300"/>
  <w15:docId w15:val="{CD699BFC-08E0-4172-8FD8-B6329455F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40" w:lineRule="auto"/>
    </w:pPr>
    <w:rPr>
      <w:rFonts w:ascii="Arial" w:hAnsi="Arial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160"/>
      <w:contextualSpacing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09593B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9593B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755CB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ontakt@pineapple4kids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312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Pineapple4kids Beschwerdeformular</dc:title>
  <dc:subject/>
  <dc:creator>Pineapple4kids</dc:creator>
  <cp:keywords/>
  <dc:description>Erstellt von python-docx</dc:description>
  <cp:lastModifiedBy>Jakub Nosal</cp:lastModifiedBy>
  <cp:revision>1</cp:revision>
  <dcterms:created xsi:type="dcterms:W3CDTF">2013-12-23T23:15:00Z</dcterms:created>
  <dcterms:modified xsi:type="dcterms:W3CDTF">2026-10-29T12:09:00Z</dcterms:modified>
  <cp:category/>
</cp:coreProperties>
</file>